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right"/>
      </w:pPr>
      <w:r>
        <w:rPr>
          <w:b/>
          <w:sz w:val="20"/>
        </w:rPr>
        <w:t>Bilaga fortbildning</w:t>
      </w:r>
    </w:p>
    <w:p>
      <w:pPr>
        <w:spacing w:after="200"/>
      </w:pPr>
      <w:r>
        <w:rPr>
          <w:b/>
          <w:sz w:val="26"/>
        </w:rPr>
        <w:t>Sammanställning över fortbildning (7 §)</w:t>
      </w:r>
    </w:p>
    <w:p>
      <w:pPr>
        <w:spacing w:after="40"/>
      </w:pPr>
      <w:r>
        <w:t>Certifierad revisor ska genomgå fortbildning, som omfattar minst 100 timmar under certifieringsperioden.</w:t>
      </w:r>
    </w:p>
    <w:p>
      <w:pPr>
        <w:spacing w:after="40"/>
      </w:pPr>
      <w:r>
        <w:t>Fortbildningens inriktning ska vara relevant för uppdraget som sakkunnig till valda revisorer.</w:t>
      </w:r>
    </w:p>
    <w:p>
      <w:pPr>
        <w:spacing w:after="40"/>
      </w:pPr>
      <w:r>
        <w:t>Omfattningen av fullgjord fortbildning ska intygas och kunna verifieras. I sammanställningen ska framgå vem som arrangerar fortbildningen, datum för utbildningstillfället, samt antalet timmar vid varje enskilt utbildningstillfälle.</w:t>
      </w:r>
    </w:p>
    <w:p>
      <w:pPr>
        <w:spacing w:after="100"/>
      </w:pPr>
      <w:r>
        <w:t>I tabellen nedan kan du fylla i valfri mängd text. Vid behov kan du även bifoga information om fortbildning i andra filformat, exempelvis Excel.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</w:tcPr>
          <w:p>
            <w:pPr>
              <w:spacing w:before="80" w:after="80"/>
            </w:pPr>
            <w:r>
              <w:rPr>
                <w:b/>
                <w:i/>
                <w:sz w:val="16"/>
              </w:rPr>
              <w:t>Bifoga inte kopior av kursintyg etc. annat än på uppmaning.</w:t>
            </w:r>
            <w:r>
              <w:rPr>
                <w:b/>
                <w:sz w:val="16"/>
              </w:rPr>
              <w:br/>
              <w:t>Kurs/program/seminarium/etc.</w:t>
            </w:r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</w:tcPr>
          <w:p>
            <w:r>
              <w:rPr>
                <w:b/>
                <w:sz w:val="16"/>
              </w:rPr>
              <w:t>Datum som fortbildningen genomfördes</w:t>
            </w:r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</w:tcPr>
          <w:p>
            <w:r>
              <w:rPr>
                <w:b/>
                <w:sz w:val="16"/>
              </w:rPr>
              <w:t>Antal timmar</w:t>
            </w:r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" w:edGrp="everyone"/>
            <w:pPr>
              <w:spacing w:before="80" w:after="80"/>
            </w:pPr>
            <w:r>
              <w:t xml:space="preserve"> </w:t>
            </w:r>
            <w:permEnd w:id="1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" w:edGrp="everyone"/>
            <w:pPr>
              <w:spacing w:before="80" w:after="80"/>
            </w:pPr>
            <w:r>
              <w:t xml:space="preserve"> </w:t>
            </w:r>
            <w:permEnd w:id="2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" w:edGrp="everyone"/>
            <w:pPr>
              <w:spacing w:before="80" w:after="80"/>
            </w:pPr>
            <w:r>
              <w:t xml:space="preserve"> </w:t>
            </w:r>
            <w:permEnd w:id="3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4" w:edGrp="everyone"/>
            <w:pPr>
              <w:spacing w:before="80" w:after="80"/>
            </w:pPr>
            <w:r>
              <w:t xml:space="preserve"> </w:t>
            </w:r>
            <w:permEnd w:id="4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5" w:edGrp="everyone"/>
            <w:pPr>
              <w:spacing w:before="80" w:after="80"/>
            </w:pPr>
            <w:r>
              <w:t xml:space="preserve"> </w:t>
            </w:r>
            <w:permEnd w:id="5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6" w:edGrp="everyone"/>
            <w:pPr>
              <w:spacing w:before="80" w:after="80"/>
            </w:pPr>
            <w:r>
              <w:t xml:space="preserve"> </w:t>
            </w:r>
            <w:permEnd w:id="6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7" w:edGrp="everyone"/>
            <w:pPr>
              <w:spacing w:before="80" w:after="80"/>
            </w:pPr>
            <w:r>
              <w:t xml:space="preserve"> </w:t>
            </w:r>
            <w:permEnd w:id="7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8" w:edGrp="everyone"/>
            <w:pPr>
              <w:spacing w:before="80" w:after="80"/>
            </w:pPr>
            <w:r>
              <w:t xml:space="preserve"> </w:t>
            </w:r>
            <w:permEnd w:id="8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9" w:edGrp="everyone"/>
            <w:pPr>
              <w:spacing w:before="80" w:after="80"/>
            </w:pPr>
            <w:r>
              <w:t xml:space="preserve"> </w:t>
            </w:r>
            <w:permEnd w:id="9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0" w:edGrp="everyone"/>
            <w:pPr>
              <w:spacing w:before="80" w:after="80"/>
            </w:pPr>
            <w:r>
              <w:t xml:space="preserve"> </w:t>
            </w:r>
            <w:permEnd w:id="10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1" w:edGrp="everyone"/>
            <w:pPr>
              <w:spacing w:before="80" w:after="80"/>
            </w:pPr>
            <w:r>
              <w:t xml:space="preserve"> </w:t>
            </w:r>
            <w:permEnd w:id="11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2" w:edGrp="everyone"/>
            <w:pPr>
              <w:spacing w:before="80" w:after="80"/>
            </w:pPr>
            <w:r>
              <w:t xml:space="preserve"> </w:t>
            </w:r>
            <w:permEnd w:id="12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3" w:edGrp="everyone"/>
            <w:pPr>
              <w:spacing w:before="80" w:after="80"/>
            </w:pPr>
            <w:r>
              <w:t xml:space="preserve"> </w:t>
            </w:r>
            <w:permEnd w:id="13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4" w:edGrp="everyone"/>
            <w:pPr>
              <w:spacing w:before="80" w:after="80"/>
            </w:pPr>
            <w:r>
              <w:t xml:space="preserve"> </w:t>
            </w:r>
            <w:permEnd w:id="14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5" w:edGrp="everyone"/>
            <w:pPr>
              <w:spacing w:before="80" w:after="80"/>
            </w:pPr>
            <w:r>
              <w:t xml:space="preserve"> </w:t>
            </w:r>
            <w:permEnd w:id="15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6" w:edGrp="everyone"/>
            <w:pPr>
              <w:spacing w:before="80" w:after="80"/>
            </w:pPr>
            <w:r>
              <w:t xml:space="preserve"> </w:t>
            </w:r>
            <w:permEnd w:id="16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7" w:edGrp="everyone"/>
            <w:pPr>
              <w:spacing w:before="80" w:after="80"/>
            </w:pPr>
            <w:r>
              <w:t xml:space="preserve"> </w:t>
            </w:r>
            <w:permEnd w:id="17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8" w:edGrp="everyone"/>
            <w:pPr>
              <w:spacing w:before="80" w:after="80"/>
            </w:pPr>
            <w:r>
              <w:t xml:space="preserve"> </w:t>
            </w:r>
            <w:permEnd w:id="18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19" w:edGrp="everyone"/>
            <w:pPr>
              <w:spacing w:before="80" w:after="80"/>
            </w:pPr>
            <w:r>
              <w:t xml:space="preserve"> </w:t>
            </w:r>
            <w:permEnd w:id="19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0" w:edGrp="everyone"/>
            <w:pPr>
              <w:spacing w:before="80" w:after="80"/>
            </w:pPr>
            <w:r>
              <w:t xml:space="preserve"> </w:t>
            </w:r>
            <w:permEnd w:id="20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1" w:edGrp="everyone"/>
            <w:pPr>
              <w:spacing w:before="80" w:after="80"/>
            </w:pPr>
            <w:r>
              <w:t xml:space="preserve"> </w:t>
            </w:r>
            <w:permEnd w:id="21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2" w:edGrp="everyone"/>
            <w:pPr>
              <w:spacing w:before="80" w:after="80"/>
            </w:pPr>
            <w:r>
              <w:t xml:space="preserve"> </w:t>
            </w:r>
            <w:permEnd w:id="22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3" w:edGrp="everyone"/>
            <w:pPr>
              <w:spacing w:before="80" w:after="80"/>
            </w:pPr>
            <w:r>
              <w:t xml:space="preserve"> </w:t>
            </w:r>
            <w:permEnd w:id="23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4" w:edGrp="everyone"/>
            <w:pPr>
              <w:spacing w:before="80" w:after="80"/>
            </w:pPr>
            <w:r>
              <w:t xml:space="preserve"> </w:t>
            </w:r>
            <w:permEnd w:id="24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5" w:edGrp="everyone"/>
            <w:pPr>
              <w:spacing w:before="80" w:after="80"/>
            </w:pPr>
            <w:r>
              <w:t xml:space="preserve"> </w:t>
            </w:r>
            <w:permEnd w:id="25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6" w:edGrp="everyone"/>
            <w:pPr>
              <w:spacing w:before="80" w:after="80"/>
            </w:pPr>
            <w:r>
              <w:t xml:space="preserve"> </w:t>
            </w:r>
            <w:permEnd w:id="26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7" w:edGrp="everyone"/>
            <w:pPr>
              <w:spacing w:before="80" w:after="80"/>
            </w:pPr>
            <w:r>
              <w:t xml:space="preserve"> </w:t>
            </w:r>
            <w:permEnd w:id="27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8" w:edGrp="everyone"/>
            <w:pPr>
              <w:spacing w:before="80" w:after="80"/>
            </w:pPr>
            <w:r>
              <w:t xml:space="preserve"> </w:t>
            </w:r>
            <w:permEnd w:id="28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29" w:edGrp="everyone"/>
            <w:pPr>
              <w:spacing w:before="80" w:after="80"/>
            </w:pPr>
            <w:r>
              <w:t xml:space="preserve"> </w:t>
            </w:r>
            <w:permEnd w:id="29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0" w:edGrp="everyone"/>
            <w:pPr>
              <w:spacing w:before="80" w:after="80"/>
            </w:pPr>
            <w:r>
              <w:t xml:space="preserve"> </w:t>
            </w:r>
            <w:permEnd w:id="30"/>
          </w:p>
        </w:tc>
      </w:tr>
      <w:tr>
        <w:trPr>
          <w:trHeight w:val="374" w:hRule="atLeast"/>
        </w:trP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1" w:edGrp="everyone"/>
            <w:pPr>
              <w:spacing w:before="80" w:after="80"/>
            </w:pPr>
            <w:r>
              <w:t xml:space="preserve"> </w:t>
            </w:r>
            <w:permEnd w:id="31"/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2" w:edGrp="everyone"/>
            <w:pPr>
              <w:spacing w:before="80" w:after="80"/>
            </w:pPr>
            <w:r>
              <w:t xml:space="preserve"> </w:t>
            </w:r>
            <w:permEnd w:id="32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3" w:edGrp="everyone"/>
            <w:pPr>
              <w:spacing w:before="80" w:after="80"/>
            </w:pPr>
            <w:r>
              <w:t xml:space="preserve"> </w:t>
            </w:r>
            <w:permEnd w:id="33"/>
          </w:p>
        </w:tc>
      </w:tr>
      <w:tr>
        <w:tc>
          <w:tcPr>
            <w:tcW w:type="dxa" w:w="6236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</w:tcPr>
          <w:p>
            <w:r>
              <w:t>Totalt</w:t>
            </w:r>
          </w:p>
        </w:tc>
        <w:tc>
          <w:tcPr>
            <w:tcW w:type="dxa" w:w="2098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5" w:edGrp="everyone"/>
            <w:r>
              <w:t xml:space="preserve"> </w:t>
            </w:r>
            <w:permEnd w:id="35"/>
          </w:p>
        </w:tc>
        <w:tc>
          <w:tcPr>
            <w:tcW w:type="dxa" w:w="1757"/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  <w:vAlign w:val="center"/>
            <w:shd w:fill="DCE6FA"/>
          </w:tcPr>
          <w:p>
            <w:permStart w:id="36" w:edGrp="everyone"/>
            <w:r>
              <w:t xml:space="preserve"> </w:t>
            </w:r>
            <w:permEnd w:id="36"/>
          </w:p>
        </w:tc>
      </w:tr>
    </w:tbl>
    <w:p>
      <w:pPr>
        <w:spacing w:before="300"/>
      </w:pPr>
      <w:r>
        <w:t>Datum</w:t>
      </w:r>
    </w:p>
    <w:p>
      <w:permStart w:id="40" w:edGrp="everyone"/>
      <w:pPr>
        <w:spacing w:after="200"/>
      </w:pPr>
      <w:r>
        <w:t>Klicka här och skriv datum</w:t>
      </w:r>
      <w:permEnd w:id="40"/>
    </w:p>
    <w:p>
      <w:pPr>
        <w:spacing w:after="80"/>
      </w:pPr>
      <w:r>
        <w:t>Arbetsgivarens underskrift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</w:tblGrid>
      <w:tr>
        <w:trPr>
          <w:trHeight w:val="1701" w:hRule="atLeast"/>
        </w:trPr>
        <w:tc>
          <w:tcPr>
            <w:tcW w:type="dxa" w:w="3515"/>
            <w:vAlign w:val="center"/>
            <w:tcBorders>
              <w:top w:val="single" w:sz="5" w:color="AAB5C4"/>
              <w:left w:val="single" w:sz="5" w:color="AAB5C4"/>
              <w:bottom w:val="single" w:sz="5" w:color="AAB5C4"/>
              <w:right w:val="single" w:sz="5" w:color="AAB5C4"/>
            </w:tcBorders>
          </w:tcPr>
          <w:p>
            <w:permStart w:id="41" w:edGrp="everyone"/>
            <w:pPr>
              <w:spacing w:after="0"/>
              <w:jc w:val="center"/>
            </w:pPr>
            <w:r>
              <w:rPr>
                <w:color w:val="000000"/>
                <w:sz w:val="18"/>
              </w:rPr>
              <w:t>Klicka här för att infoga bild av underskrift (Infoga → Bilder). Anpassa bildens bredd till cirka 6 cm.</w:t>
            </w:r>
            <w:permEnd w:id="41"/>
          </w:p>
        </w:tc>
      </w:tr>
    </w:tbl>
    <w:sectPr w:rsidR="00FC693F" w:rsidRPr="0006063C" w:rsidSect="00034616">
      <w:headerReference w:type="default" r:id="rId9"/>
      <w:pgSz w:w="11906" w:h="16838"/>
      <w:pgMar w:top="935" w:right="907" w:bottom="907" w:left="907" w:header="369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54000" cy="33591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kyrev - svart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000" cy="33591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